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היום הבינלאומי לאנשים עם מוגבלות – יום ההכלה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הכלה ומהי נגישות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מכבדות לדבר ולהתייחס לאנשים עם מוגבלות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דרכים לשפר נגישות בסביבה הקרובה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לראות את האדם לפני המוגבלות ולבדוק נגישות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 בדצמבר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אפשרות של כל אדם להגיע ולהשתמש במקום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רמפה למעבר כיסא גלגלים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שפה שמדברים בה בידיים ובהבעות 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להפוך מוגבלות למשחק או לבדיחה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לכל אדם יש גם כוחות וגם קשיים, וזה חלק ממה שלומדים ביום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נגישות נותנת לכולם הזדמנות שווה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פוגעני ולא 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היא שפה מלאה שמשתמשים בה בתקשורת יומיומית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שומרים על רגישות וכבוד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ההנחיה היא להדגיש דווקא את האדם, הכוחות והבחירות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נגישות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כיסא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מכבדת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(עוזרת למעבר כיסא גלגלים)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(שפה שמדברים בה בידיים)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(אפשרות להגיע ולהשתמש במקום)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(לתת מקום לכל אחד כמו שהוא)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(עוזר לאנשים עם ראייה מוגבלת)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צעדים לסקר נגישות בבית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מחלקים לקבוצות ומקבלים דף סקר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בבית הספר איפה יש מעלית, רמפה ושלטים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שלוש הצעות לשיפור נגישות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מעבירים את ההצעות להנהלת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מחכים לעדכון ותשובה מההנהלה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מציג הבנה של נגישות ונותן דוגמה אמיתית וברורה, בשפה מכבדת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רעיון מעשי עם נימוק הגיוני הקשור לנגישות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שנגישות=אפשרות להשתמש ולהגיע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קונקרטית כמו רמפה, מעלית או שלט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שמילים משפיעות על כבוד לאדם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הפעילות כדאי לבדוק אם יש בכיתה תלמידים עם מוגבלות ולשוחח איתם ועם המשפחה מראש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להימנע מהפיכת מוגבלות למשחק או לחוויה מדומה, ולהתמקד בכוחות ובכבוד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תרגול שפת הסימנים (חמישה סימנים בסיסיים) כפעילות מהנה לכל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היום הבינלאומי לאנשים עם מוגבלות – יום ההכלה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ב-3 בדצמבר מציינים את היום הבינלאומי לאנשים עם מוגבלות. ביום הזה לומדים לראות קודם כל את האדם, ולבדוק איך הסביבה שלנו מתאימה לכולם.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המרכזית של היום הבינלאומי לאנשים עם מוגבלות?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לחגוג חג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לראות את האדם לפני המוגבלות ולבדוק נגישות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ללמוד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משחקי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חל היום הבינלאומי לאנשים עם מוגבלות?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בינואר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 בדצמבר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במאי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ברחשון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זו נגישות?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אפשרות של כל אדם להגיע ולהשתמש במקום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מקום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מקום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דוגמה היא התאמה פיזית לנגישות?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רמפה למעבר כיסא גלגלים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שלט גדול וצבעוני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שפת הסימנים?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שפה בכתב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שפה שמדברים בה בידיים ובהבעות פנים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שפה של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שפה סודית למשחק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לא מתאים לעשות ביום הזה, לפי ההנחיות?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להדגיש את הכוחות של האדם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להפוך מוגבלות למשחק או לבדיחה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בשפה מכבדת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נגישות בבית הספר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אדם יש רק קשיים ואין לו שום יכולות.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נגישות חשובה כי היא מאפשרת לכל אדם להשתתף בחיי היום-יום.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להתייחס למוגבלות כאל בדיחה או משחק בכיתה.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שפת הסימנים היא שפה אמיתית עם כללים משלה.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פעילות ביום הזה כדאי לשוחח עם תלמידים או משפחות שזה נוגע אליהם.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ההמלצה היא להתמקד רק בקושי של האדם ולא בכוחות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היום הבינלאומי לאנשים עם מוגבלות חל בתאריך __________ בדצמבר.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היא היכולת של כל אדם להגיע ולהשתמש במקום או בשירות.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רמפה עוזרת למעבר של אדם ב__________ גלגלים.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ביום ההכלה מדגישים את ה__________ לפני המוגבלות.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הסימנים היא שפה שמדברים בה בידיים.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כשמדברים על מישהו עם מוגבלות חשוב להשתמש בשפה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רמפה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לתת מקום לכל אחד כמו שהוא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שפת הסימנים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אפשרות להגיע ולהשתמש במקום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נגישות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שפה שמדברים בה בידיים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הכלה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עוזר לאנשים עם ראייה מוגבלת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שלט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עוזרת למעבר כיסא גלגלים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צעדים לסקר נגישות בבית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מחכים לעדכון ותשובה מההנהלה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מעבירים את ההצעות להנהלת בית הספר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מחלקים לקבוצות ומקבלים דף סקר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בבית הספר איפה יש מעלית, רמפה ושלטים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שלוש הצעות לשיפור נגישות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מהי לדעתכם נגישות טובה, ותנו דוגמה אחת ממקום שאתם מכירים (בית ספר, שכונה או בית).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רעיון אחד לשיפור הנגישות בבית הספר שלכם, ונמקו למה הוא יעזור.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נגישות, במילים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לדבר נגיש בבית הספר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לדבר בשפה מכבדת על אנשים עם מוגבלות?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היום הבינלאומי לאנשים עם מוגבלות – יום ההכלה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