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הכלה ומהי 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מכבדות לדבר ולהתייחס לאנשים עם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לשפר נגישות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 ולבדוק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אפשרות של כל אדם להגיע ולהשתמש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רמפה למעבר כיסא 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שפה שמדברים בה בידיים ובהבעות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להפוך מוגבלות למשחק או לבדיחה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יש גם כוחות וגם קשיים, וזה חלק ממה שלומדים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נגישות נותנת לכולם הזדמנות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פוגעני ולא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שפה מלאה שמשתמשים בה בתקשורת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שומרים על רגישות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ההנחיה היא להדגיש דווקא את האדם, הכוחות והבחירות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כיסא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(עוזרת למעבר 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(שפה שמדברים בה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(אפשרות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מקום לכל אחד כמו שהוא)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 לאנשים עם ראייה מוגבלת)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צעדים לסקר נגישות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ומקבלים דף סקר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בבית הספר איפה יש מעלית, רמפה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שלוש הצעות לשיפור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ההצעות להנהלת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מחכים לעדכון ותשובה מההנהלה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הבנה של נגישות ונותן דוגמה אמיתית וברורה,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מעשי עם נימוק הגיוני הקשור לנגישות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שנגישות=אפשרות להשתמש ולהגיע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כמו רמפה, מעלית או 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משפיעות על כבוד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הפעילות כדאי לבדוק אם יש בכיתה תלמידים עם מוגבלות ולשוחח איתם ועם המשפחה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מהפיכת מוגבלות למשחק או לחוויה מדומה, ולהתמקד בכוחות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תרגול שפת הסימנים (חמישה סימנים בסיסיים) כפעילות מהנה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יום מיוחד לאנשים עם מוגבלות. ביום הזה לומדים לכבד כל אדם ולבדוק אם המקום שלנו נגיש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מקום לכל אחד ואחת, כמו שהם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של כל אדם להגיע ולהשתמש במקום או בשירות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קושי קבוע שיש לאדם בתפקוד מסוים, לצד יכולות רבות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טוב והוגן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משופע שעוזר למעבר בכיסא גלגלים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הסימנים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שמדברים בה בידיים ובהבעות 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 מכבדת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על אדם בצורה שלא פוגעת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מציינים את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חג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את האדם לפני המוגבלות ולבדוק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התאריך של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אפשרות של כל אדם להגיע ולהשתמש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לאנשים בכיסא גלגלים להיכנס למקום?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רמפה למעבר כיסא 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 גדול וצבעוני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לשפה שמדברים בה עם הידיים?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בכתב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שמדברים בה בידיים ובהבעות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סודית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אסור לעשות ביום ההכלה?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להדגיש את הכוחות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להפוך מוגבלות למשחק או לבדיחה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בשפה מכבדת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נגישות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רק קשיים ואין לו שום יכולות.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חשובה כי היא מאפשרת לכל אדם להשתתף בחיי היום-יום.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להתייחס למוגבלות כאל בדיחה או משחק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הסימנים היא שפה אמיתית עם כללים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פעילות ביום הזה כדאי לשוחח עם תלמידים או משפחות שזה נוגע אליהם.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ההמלצה היא להתמקד רק בקושי של האדם ולא בכוחות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הבינלאומי לאנשים עם מוגבלות חל בתאריך __________ בדצמבר.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היכולת של כל אדם להגיע ולהשתמש במקום או בשירות.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רמפה עוזרת למעבר של אדם ב__________ גלגלים.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ההכלה מדגישים את ה__________ לפני המוגבלות.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הסימנים היא שפה שמדברים בה בידיים.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כשמדברים על מישהו עם מוגבלות חשוב להשתמש בשפה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מקום לכל אחד כמו שהוא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לאנשים עם ראייה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אפשרות להגיע ולהשתמש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שמדברים בה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עוזרת למעבר כיסא גלגלים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צעדים לסקר נגישות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בבית הספר איפה יש מעלית, רמפה ושלטים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לעדכון ותשובה מההנהלה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לקבוצות ומקבלים דף סקר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שלוש הצעות לשיפור נגישות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ההצעות להנהלת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מהי לדעתכם נגישות טובה, ותנו דוגמה אחת ממקום שאתם מכירים (בית ספר, שכונה או בית).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לשיפור הנגישות בבית הספר שלכם, ונמקו למה הוא יעזור.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נגישות,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נגיש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לדבר בשפה מכבדת על אנשים עם מוגבלות?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היום הבינלאומי לאנשים עם מוגבלות – יום ההכלה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