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היום הבינלאומי לאנשים עם מוגבלות – יום ההכלה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הכלה ומהי נגישות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מכבדות לדבר ולהתייחס לאנשים עם מוגבלות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לשפר נגישות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לראות את האדם לפני המוגבלות ולבדוק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 בדצמבר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אפשרות של כל אדם להגיע ולהשתמש במקום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אדם יש גם כוחות וגם קשיים, וזה חלק ממה שלומדים ביום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נגישות נותנת לכולם הזדמנות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פוגעני ולא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כיסא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(עוזרת למעבר כיסא גלגלים)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(שפה שמדברים בה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(אפשרות להגיע ולהשתמש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(לתת מקום לכל אחד כמו שהוא)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צעדים לסקר נגישות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לקבוצות ומקבלים דף סקר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בבית הספר איפה יש מעלית, רמפה ושלטים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שלוש הצעות לשיפור נגישות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מעבירים את ההצעות להנהלת בית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הבנה של נגישות ונותן דוגמה אמיתית וברורה, בשפה מכבדת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שנגישות=אפשרות להשתמש ולהגיע 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קונקרטית כמו רמפה, מעלית או 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שמילים משפיעות על כבוד לאדם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הפעילות כדאי לבדוק אם יש בכיתה תלמידים עם מוגבלות ולשוחח איתם ועם המשפחה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מהפיכת מוגבלות למשחק או לחוויה מדומה, ולהתמקד בכוחות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תרגול שפת הסימנים (חמישה סימנים בסיסיים) כפעילות מהנה לכל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היום הבינלאומי לאנשים עם מוגבלות – יום ההכלה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ב-3 בדצמבר מציינים את היום הבינלאומי לאנשים עם מוגבלות. ביום הזה לומדים לראות קודם כל את האדם, ולבדוק איך הסביבה שלנו מתאימה לכולם.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כיסא  ·  3  ·  נגישות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היום הבינלאומי לאנשים עם מוגבלות?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חג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לראות את האדם לפני המוגבלות ולבדוק נגישות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ללמוד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חל היום הבינלאומי לאנשים עם מוגבלות?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זו נגישות?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אפשרות של כל אדם להגיע ולהשתמש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אדם יש רק קשיים ואין לו שום יכולות.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נגישות חשובה כי היא מאפשרת לכל אדם להשתתף בחיי היום-יום.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להתייחס למוגבלות כאל בדיחה או משחק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היום הבינלאומי לאנשים עם מוגבלות חל בתאריך __________ בדצמבר.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__________ היא היכולת של כל אדם להגיע ולהשתמש במקום או בשירות.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רמפה עוזרת למעבר של אדם ב__________ גלגלים.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שפה שמדברים בה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שפת הסימנים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לתת מקום לכל אחד כמו שהוא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נגישות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עוזרת למעבר כיסא גלגלים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הכלה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אפשרות להגיע ולהשתמש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– צעדים לסקר נגישות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בבית הספר איפה יש מעלית, רמפה ושלטים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שלוש הצעות לשיפור נגישות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מעבירים את ההצעות להנהלת 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לקבוצות ומקבלים דף סקר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מהי לדעתכם נגישות טובה, ותנו דוגמה אחת ממקום שאתם מכירים (בית ספר, שכונה או בית).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נגישות,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לדבר נגיש בבית הספר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היום הבינלאומי לאנשים עם מוגבלות – יום ההכלה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